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A3DFF" w14:textId="2F3C63CD" w:rsidR="00FC6DEA" w:rsidRDefault="004B0B82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>
        <w:rPr>
          <w:rFonts w:ascii="Century Gothic" w:hAnsi="Century Gothic"/>
          <w:sz w:val="24"/>
          <w:szCs w:val="24"/>
          <w:lang w:val="es-CO"/>
        </w:rPr>
        <w:t>Bogotá,</w:t>
      </w:r>
      <w:r w:rsidR="00C55367">
        <w:rPr>
          <w:rFonts w:ascii="Century Gothic" w:hAnsi="Century Gothic"/>
          <w:sz w:val="24"/>
          <w:szCs w:val="24"/>
          <w:lang w:val="es-CO"/>
        </w:rPr>
        <w:t xml:space="preserve"> junio de 2025</w:t>
      </w:r>
    </w:p>
    <w:p w14:paraId="7844FD30" w14:textId="77777777" w:rsidR="00980547" w:rsidRDefault="00980547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35A4501E" w14:textId="77777777" w:rsidR="00562DA4" w:rsidRDefault="00980547" w:rsidP="00980547">
      <w:pPr>
        <w:pStyle w:val="Sinespaciado"/>
        <w:pBdr>
          <w:top w:val="single" w:sz="4" w:space="1" w:color="auto"/>
          <w:bottom w:val="single" w:sz="4" w:space="1" w:color="auto"/>
        </w:pBdr>
        <w:jc w:val="center"/>
        <w:rPr>
          <w:rFonts w:ascii="Century Gothic" w:hAnsi="Century Gothic"/>
          <w:b/>
          <w:bCs/>
          <w:color w:val="3071C3" w:themeColor="text2" w:themeTint="BF"/>
          <w:sz w:val="24"/>
          <w:szCs w:val="24"/>
          <w:lang w:val="es-CO"/>
        </w:rPr>
      </w:pPr>
      <w:r w:rsidRPr="00980547">
        <w:rPr>
          <w:rFonts w:ascii="Century Gothic" w:hAnsi="Century Gothic"/>
          <w:b/>
          <w:bCs/>
          <w:color w:val="3071C3" w:themeColor="text2" w:themeTint="BF"/>
          <w:sz w:val="24"/>
          <w:szCs w:val="24"/>
          <w:lang w:val="es-CO"/>
        </w:rPr>
        <w:t>Entes Territoriales y Ciberseguridad en Colombia</w:t>
      </w:r>
    </w:p>
    <w:p w14:paraId="524C37CD" w14:textId="7BA2691C" w:rsidR="00980547" w:rsidRPr="00980547" w:rsidRDefault="00980547" w:rsidP="00980547">
      <w:pPr>
        <w:pStyle w:val="Sinespaciado"/>
        <w:pBdr>
          <w:top w:val="single" w:sz="4" w:space="1" w:color="auto"/>
          <w:bottom w:val="single" w:sz="4" w:space="1" w:color="auto"/>
        </w:pBdr>
        <w:jc w:val="center"/>
        <w:rPr>
          <w:rFonts w:ascii="Century Gothic" w:hAnsi="Century Gothic"/>
          <w:b/>
          <w:bCs/>
          <w:color w:val="3071C3" w:themeColor="text2" w:themeTint="BF"/>
          <w:sz w:val="24"/>
          <w:szCs w:val="24"/>
          <w:lang w:val="es-CO"/>
        </w:rPr>
      </w:pPr>
      <w:r w:rsidRPr="00980547">
        <w:rPr>
          <w:rFonts w:ascii="Century Gothic" w:hAnsi="Century Gothic"/>
          <w:b/>
          <w:bCs/>
          <w:color w:val="3071C3" w:themeColor="text2" w:themeTint="BF"/>
          <w:sz w:val="24"/>
          <w:szCs w:val="24"/>
          <w:lang w:val="es-CO"/>
        </w:rPr>
        <w:t>Protección de la Información Pública y Activos Digitales</w:t>
      </w:r>
    </w:p>
    <w:p w14:paraId="0CEC22FC" w14:textId="77777777" w:rsidR="00980547" w:rsidRDefault="00980547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31A6CC23" w14:textId="105206F3" w:rsidR="00246863" w:rsidRDefault="003C3DDE" w:rsidP="00246863">
      <w:pPr>
        <w:pStyle w:val="Sinespaciado"/>
        <w:jc w:val="center"/>
        <w:rPr>
          <w:rFonts w:ascii="Century Gothic" w:hAnsi="Century Gothic"/>
          <w:sz w:val="24"/>
          <w:szCs w:val="24"/>
          <w:lang w:val="es-CO"/>
        </w:rPr>
      </w:pPr>
      <w:r w:rsidRPr="003C3DDE">
        <w:rPr>
          <w:rFonts w:ascii="Century Gothic" w:hAnsi="Century Gothic"/>
          <w:sz w:val="24"/>
          <w:szCs w:val="24"/>
          <w:lang w:val="es-CO"/>
        </w:rPr>
        <w:t>“</w:t>
      </w:r>
      <w:r w:rsidRPr="00246863">
        <w:rPr>
          <w:rFonts w:ascii="Century Gothic" w:hAnsi="Century Gothic"/>
          <w:i/>
          <w:iCs/>
          <w:lang w:val="es-CO"/>
        </w:rPr>
        <w:t>Qué tan preparadas están las alcaldías y gobernaciones en Colombia para recuperar su operación si sufrieran un ataque cibernético hoy</w:t>
      </w:r>
      <w:r w:rsidRPr="003C3DDE">
        <w:rPr>
          <w:rFonts w:ascii="Century Gothic" w:hAnsi="Century Gothic"/>
          <w:sz w:val="24"/>
          <w:szCs w:val="24"/>
          <w:lang w:val="es-CO"/>
        </w:rPr>
        <w:t>.”</w:t>
      </w:r>
    </w:p>
    <w:p w14:paraId="74FC5B93" w14:textId="77777777" w:rsidR="00246863" w:rsidRDefault="00246863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31139415" w14:textId="14B42685" w:rsidR="00FC6DEA" w:rsidRDefault="003C3DDE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 w:rsidRPr="00FC6DEA">
        <w:rPr>
          <w:rFonts w:ascii="Century Gothic" w:hAnsi="Century Gothic"/>
          <w:sz w:val="24"/>
          <w:szCs w:val="24"/>
          <w:lang w:val="es-CO"/>
        </w:rPr>
        <w:t>E</w:t>
      </w:r>
      <w:r w:rsidR="002D43D6">
        <w:rPr>
          <w:rFonts w:ascii="Century Gothic" w:hAnsi="Century Gothic"/>
          <w:sz w:val="24"/>
          <w:szCs w:val="24"/>
          <w:lang w:val="es-CO"/>
        </w:rPr>
        <w:t xml:space="preserve">n el mundo </w:t>
      </w:r>
      <w:r w:rsidRPr="00FC6DEA">
        <w:rPr>
          <w:rFonts w:ascii="Century Gothic" w:hAnsi="Century Gothic"/>
          <w:sz w:val="24"/>
          <w:szCs w:val="24"/>
          <w:lang w:val="es-CO"/>
        </w:rPr>
        <w:t>actual</w:t>
      </w:r>
      <w:r w:rsidR="002D43D6">
        <w:rPr>
          <w:rFonts w:ascii="Century Gothic" w:hAnsi="Century Gothic"/>
          <w:sz w:val="24"/>
          <w:szCs w:val="24"/>
          <w:lang w:val="es-CO"/>
        </w:rPr>
        <w:t>,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</w:t>
      </w:r>
      <w:r w:rsidR="002D43D6">
        <w:rPr>
          <w:rFonts w:ascii="Century Gothic" w:hAnsi="Century Gothic"/>
          <w:sz w:val="24"/>
          <w:szCs w:val="24"/>
          <w:lang w:val="es-CO"/>
        </w:rPr>
        <w:t>vinculado a la virtualidad</w:t>
      </w:r>
      <w:r w:rsidRPr="00FC6DEA">
        <w:rPr>
          <w:rFonts w:ascii="Century Gothic" w:hAnsi="Century Gothic"/>
          <w:sz w:val="24"/>
          <w:szCs w:val="24"/>
          <w:lang w:val="es-CO"/>
        </w:rPr>
        <w:t>, los entes territoriales en Colombia (alcaldías y gobernaciones) han asumido la</w:t>
      </w:r>
      <w:r w:rsidR="00FC6DEA">
        <w:rPr>
          <w:rFonts w:ascii="Century Gothic" w:hAnsi="Century Gothic"/>
          <w:sz w:val="24"/>
          <w:szCs w:val="24"/>
          <w:lang w:val="es-CO"/>
        </w:rPr>
        <w:t xml:space="preserve"> 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gestión de grandes volúmenes de datos y recursos a través de sistemas </w:t>
      </w:r>
      <w:r w:rsidR="002D43D6">
        <w:rPr>
          <w:rFonts w:ascii="Century Gothic" w:hAnsi="Century Gothic"/>
          <w:sz w:val="24"/>
          <w:szCs w:val="24"/>
          <w:lang w:val="es-CO"/>
        </w:rPr>
        <w:t>inter</w:t>
      </w:r>
      <w:r w:rsidR="002D43D6" w:rsidRPr="00FC6DEA">
        <w:rPr>
          <w:rFonts w:ascii="Century Gothic" w:hAnsi="Century Gothic"/>
          <w:sz w:val="24"/>
          <w:szCs w:val="24"/>
          <w:lang w:val="es-CO"/>
        </w:rPr>
        <w:t>relacionados</w:t>
      </w:r>
      <w:r w:rsidRPr="00FC6DEA">
        <w:rPr>
          <w:rFonts w:ascii="Century Gothic" w:hAnsi="Century Gothic"/>
          <w:sz w:val="24"/>
          <w:szCs w:val="24"/>
          <w:lang w:val="es-CO"/>
        </w:rPr>
        <w:t>. Sin embargo,</w:t>
      </w:r>
      <w:r w:rsidR="00FC6DEA">
        <w:rPr>
          <w:rFonts w:ascii="Century Gothic" w:hAnsi="Century Gothic"/>
          <w:sz w:val="24"/>
          <w:szCs w:val="24"/>
          <w:lang w:val="es-CO"/>
        </w:rPr>
        <w:t xml:space="preserve"> </w:t>
      </w:r>
      <w:r w:rsidR="002D43D6">
        <w:rPr>
          <w:rFonts w:ascii="Century Gothic" w:hAnsi="Century Gothic"/>
          <w:sz w:val="24"/>
          <w:szCs w:val="24"/>
          <w:lang w:val="es-CO"/>
        </w:rPr>
        <w:t>se han evidenciado importantes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debilidades institucionales en materia de ciberseguridad, lo cual ha permitido </w:t>
      </w:r>
      <w:r w:rsidR="002D43D6">
        <w:rPr>
          <w:rFonts w:ascii="Century Gothic" w:hAnsi="Century Gothic"/>
          <w:sz w:val="24"/>
          <w:szCs w:val="24"/>
          <w:lang w:val="es-CO"/>
        </w:rPr>
        <w:t>que se presenten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ciberataques, fraud</w:t>
      </w:r>
      <w:r w:rsidR="002D43D6">
        <w:rPr>
          <w:rFonts w:ascii="Century Gothic" w:hAnsi="Century Gothic"/>
          <w:sz w:val="24"/>
          <w:szCs w:val="24"/>
          <w:lang w:val="es-CO"/>
        </w:rPr>
        <w:t>es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financier</w:t>
      </w:r>
      <w:r w:rsidR="002D43D6">
        <w:rPr>
          <w:rFonts w:ascii="Century Gothic" w:hAnsi="Century Gothic"/>
          <w:sz w:val="24"/>
          <w:szCs w:val="24"/>
          <w:lang w:val="es-CO"/>
        </w:rPr>
        <w:t>o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s y acceso indebido a información </w:t>
      </w:r>
      <w:r w:rsidR="002D43D6">
        <w:rPr>
          <w:rFonts w:ascii="Century Gothic" w:hAnsi="Century Gothic"/>
          <w:sz w:val="24"/>
          <w:szCs w:val="24"/>
          <w:lang w:val="es-CO"/>
        </w:rPr>
        <w:t>sensibles</w:t>
      </w:r>
      <w:r w:rsidRPr="00FC6DEA">
        <w:rPr>
          <w:rFonts w:ascii="Century Gothic" w:hAnsi="Century Gothic"/>
          <w:sz w:val="24"/>
          <w:szCs w:val="24"/>
          <w:lang w:val="es-CO"/>
        </w:rPr>
        <w:t>.</w:t>
      </w:r>
    </w:p>
    <w:p w14:paraId="4E1FBA15" w14:textId="77777777" w:rsidR="00FC6DEA" w:rsidRDefault="00FC6DEA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0EC05193" w14:textId="27F48925" w:rsidR="00FC6DEA" w:rsidRDefault="00980547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>
        <w:rPr>
          <w:rFonts w:ascii="Century Gothic" w:hAnsi="Century Gothic"/>
          <w:sz w:val="24"/>
          <w:szCs w:val="24"/>
          <w:lang w:val="es-CO"/>
        </w:rPr>
        <w:t>En este dinámico</w:t>
      </w:r>
      <w:r w:rsidR="002D43D6">
        <w:rPr>
          <w:rFonts w:ascii="Century Gothic" w:hAnsi="Century Gothic"/>
          <w:sz w:val="24"/>
          <w:szCs w:val="24"/>
          <w:lang w:val="es-CO"/>
        </w:rPr>
        <w:t xml:space="preserve"> contexto</w:t>
      </w:r>
      <w:r>
        <w:rPr>
          <w:rFonts w:ascii="Century Gothic" w:hAnsi="Century Gothic"/>
          <w:sz w:val="24"/>
          <w:szCs w:val="24"/>
          <w:lang w:val="es-CO"/>
        </w:rPr>
        <w:t xml:space="preserve">, los entes territoriales también deben </w:t>
      </w:r>
      <w:r w:rsidR="002D43D6">
        <w:rPr>
          <w:rFonts w:ascii="Century Gothic" w:hAnsi="Century Gothic"/>
          <w:sz w:val="24"/>
          <w:szCs w:val="24"/>
          <w:lang w:val="es-CO"/>
        </w:rPr>
        <w:t>revolver</w:t>
      </w:r>
      <w:r>
        <w:rPr>
          <w:rFonts w:ascii="Century Gothic" w:hAnsi="Century Gothic"/>
          <w:sz w:val="24"/>
          <w:szCs w:val="24"/>
          <w:lang w:val="es-CO"/>
        </w:rPr>
        <w:t xml:space="preserve"> </w:t>
      </w:r>
      <w:r w:rsidR="002D43D6">
        <w:rPr>
          <w:rFonts w:ascii="Century Gothic" w:hAnsi="Century Gothic"/>
          <w:sz w:val="24"/>
          <w:szCs w:val="24"/>
          <w:lang w:val="es-CO"/>
        </w:rPr>
        <w:t xml:space="preserve">su situación frente </w:t>
      </w:r>
      <w:r>
        <w:rPr>
          <w:rFonts w:ascii="Century Gothic" w:hAnsi="Century Gothic"/>
          <w:sz w:val="24"/>
          <w:szCs w:val="24"/>
          <w:lang w:val="es-CO"/>
        </w:rPr>
        <w:t xml:space="preserve">a </w:t>
      </w:r>
      <w:r w:rsidR="002D43D6" w:rsidRPr="00FC6DEA">
        <w:rPr>
          <w:rFonts w:ascii="Century Gothic" w:hAnsi="Century Gothic"/>
          <w:sz w:val="24"/>
          <w:szCs w:val="24"/>
          <w:lang w:val="es-CO"/>
        </w:rPr>
        <w:t>amenazas digitales</w:t>
      </w:r>
      <w:r w:rsidR="002D43D6">
        <w:rPr>
          <w:rFonts w:ascii="Century Gothic" w:hAnsi="Century Gothic"/>
          <w:sz w:val="24"/>
          <w:szCs w:val="24"/>
          <w:lang w:val="es-CO"/>
        </w:rPr>
        <w:t xml:space="preserve"> </w:t>
      </w:r>
      <w:r>
        <w:rPr>
          <w:rFonts w:ascii="Century Gothic" w:hAnsi="Century Gothic"/>
          <w:sz w:val="24"/>
          <w:szCs w:val="24"/>
          <w:lang w:val="es-CO"/>
        </w:rPr>
        <w:t xml:space="preserve">presentes en el mundo interconectado </w:t>
      </w:r>
      <w:r w:rsidR="002D43D6">
        <w:rPr>
          <w:rFonts w:ascii="Century Gothic" w:hAnsi="Century Gothic"/>
          <w:sz w:val="24"/>
          <w:szCs w:val="24"/>
          <w:lang w:val="es-CO"/>
        </w:rPr>
        <w:t>en la red</w:t>
      </w:r>
      <w:r>
        <w:rPr>
          <w:rFonts w:ascii="Century Gothic" w:hAnsi="Century Gothic"/>
          <w:sz w:val="24"/>
          <w:szCs w:val="24"/>
          <w:lang w:val="es-CO"/>
        </w:rPr>
        <w:t>. Las principales, pero no las únicas, amenazas que enfrentan alcaldías y gobernaciones abarcan desde el r</w:t>
      </w:r>
      <w:r w:rsidRPr="00FC6DEA">
        <w:rPr>
          <w:rFonts w:ascii="Century Gothic" w:hAnsi="Century Gothic"/>
          <w:sz w:val="24"/>
          <w:szCs w:val="24"/>
          <w:lang w:val="es-CO"/>
        </w:rPr>
        <w:t>ansomware</w:t>
      </w:r>
      <w:r>
        <w:rPr>
          <w:rFonts w:ascii="Century Gothic" w:hAnsi="Century Gothic"/>
          <w:sz w:val="24"/>
          <w:szCs w:val="24"/>
          <w:lang w:val="es-CO"/>
        </w:rPr>
        <w:t xml:space="preserve"> que e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ncripta </w:t>
      </w:r>
      <w:r>
        <w:rPr>
          <w:rFonts w:ascii="Century Gothic" w:hAnsi="Century Gothic"/>
          <w:sz w:val="24"/>
          <w:szCs w:val="24"/>
          <w:lang w:val="es-CO"/>
        </w:rPr>
        <w:t>los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sistemas administrativos a cambio de rescates en</w:t>
      </w:r>
      <w:r w:rsidR="00FC6DEA">
        <w:rPr>
          <w:rFonts w:ascii="Century Gothic" w:hAnsi="Century Gothic"/>
          <w:sz w:val="24"/>
          <w:szCs w:val="24"/>
          <w:lang w:val="es-CO"/>
        </w:rPr>
        <w:t xml:space="preserve"> </w:t>
      </w:r>
      <w:r w:rsidRPr="00FC6DEA">
        <w:rPr>
          <w:rFonts w:ascii="Century Gothic" w:hAnsi="Century Gothic"/>
          <w:sz w:val="24"/>
          <w:szCs w:val="24"/>
          <w:lang w:val="es-CO"/>
        </w:rPr>
        <w:t>criptomonedas</w:t>
      </w:r>
      <w:r>
        <w:rPr>
          <w:rFonts w:ascii="Century Gothic" w:hAnsi="Century Gothic"/>
          <w:sz w:val="24"/>
          <w:szCs w:val="24"/>
          <w:lang w:val="es-CO"/>
        </w:rPr>
        <w:t>; la s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uplantación de correos institucionales para </w:t>
      </w:r>
      <w:r>
        <w:rPr>
          <w:rFonts w:ascii="Century Gothic" w:hAnsi="Century Gothic"/>
          <w:sz w:val="24"/>
          <w:szCs w:val="24"/>
          <w:lang w:val="es-CO"/>
        </w:rPr>
        <w:t xml:space="preserve">realizar </w:t>
      </w:r>
      <w:r w:rsidRPr="00FC6DEA">
        <w:rPr>
          <w:rFonts w:ascii="Century Gothic" w:hAnsi="Century Gothic"/>
          <w:sz w:val="24"/>
          <w:szCs w:val="24"/>
          <w:lang w:val="es-CO"/>
        </w:rPr>
        <w:t>estafas</w:t>
      </w:r>
      <w:r>
        <w:rPr>
          <w:rFonts w:ascii="Century Gothic" w:hAnsi="Century Gothic"/>
          <w:sz w:val="24"/>
          <w:szCs w:val="24"/>
          <w:lang w:val="es-CO"/>
        </w:rPr>
        <w:t>; el a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cceso </w:t>
      </w:r>
      <w:r w:rsidR="002D43D6">
        <w:rPr>
          <w:rFonts w:ascii="Century Gothic" w:hAnsi="Century Gothic"/>
          <w:sz w:val="24"/>
          <w:szCs w:val="24"/>
          <w:lang w:val="es-CO"/>
        </w:rPr>
        <w:t>abusivo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a bases de datos y sistemas financieros</w:t>
      </w:r>
      <w:r>
        <w:rPr>
          <w:rFonts w:ascii="Century Gothic" w:hAnsi="Century Gothic"/>
          <w:sz w:val="24"/>
          <w:szCs w:val="24"/>
          <w:lang w:val="es-CO"/>
        </w:rPr>
        <w:t>; p</w:t>
      </w:r>
      <w:r w:rsidRPr="00FC6DEA">
        <w:rPr>
          <w:rFonts w:ascii="Century Gothic" w:hAnsi="Century Gothic"/>
          <w:sz w:val="24"/>
          <w:szCs w:val="24"/>
          <w:lang w:val="es-CO"/>
        </w:rPr>
        <w:t>érdida o filtración de información ciudadana</w:t>
      </w:r>
      <w:r>
        <w:rPr>
          <w:rFonts w:ascii="Century Gothic" w:hAnsi="Century Gothic"/>
          <w:sz w:val="24"/>
          <w:szCs w:val="24"/>
          <w:lang w:val="es-CO"/>
        </w:rPr>
        <w:t>; h</w:t>
      </w:r>
      <w:r w:rsidRPr="00FC6DEA">
        <w:rPr>
          <w:rFonts w:ascii="Century Gothic" w:hAnsi="Century Gothic"/>
          <w:sz w:val="24"/>
          <w:szCs w:val="24"/>
          <w:lang w:val="es-CO"/>
        </w:rPr>
        <w:t>urto de recursos financieros por medio de accesos irregulares a cuentas bancarias, utilizando</w:t>
      </w:r>
      <w:r>
        <w:rPr>
          <w:rFonts w:ascii="Century Gothic" w:hAnsi="Century Gothic"/>
          <w:sz w:val="24"/>
          <w:szCs w:val="24"/>
          <w:lang w:val="es-CO"/>
        </w:rPr>
        <w:t xml:space="preserve">, por ejemplo, </w:t>
      </w:r>
      <w:r w:rsidRPr="00FC6DEA">
        <w:rPr>
          <w:rFonts w:ascii="Century Gothic" w:hAnsi="Century Gothic"/>
          <w:sz w:val="24"/>
          <w:szCs w:val="24"/>
          <w:lang w:val="es-CO"/>
        </w:rPr>
        <w:t>credenciales robadas o phishing.</w:t>
      </w:r>
    </w:p>
    <w:p w14:paraId="7875556E" w14:textId="0D5CBB57" w:rsidR="00FC6DEA" w:rsidRDefault="00FC6DEA" w:rsidP="00A140B7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32164B81" w14:textId="4A56ABE3" w:rsidR="009F57B5" w:rsidRPr="009F57B5" w:rsidRDefault="00562DA4" w:rsidP="009F57B5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 w:rsidRPr="00562DA4">
        <w:rPr>
          <w:rFonts w:ascii="Century Gothic" w:hAnsi="Century Gothic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06EC38" wp14:editId="0C1E6CC4">
                <wp:simplePos x="0" y="0"/>
                <wp:positionH relativeFrom="margin">
                  <wp:posOffset>-28575</wp:posOffset>
                </wp:positionH>
                <wp:positionV relativeFrom="paragraph">
                  <wp:posOffset>777240</wp:posOffset>
                </wp:positionV>
                <wp:extent cx="2105025" cy="2333625"/>
                <wp:effectExtent l="0" t="0" r="0" b="0"/>
                <wp:wrapSquare wrapText="bothSides"/>
                <wp:docPr id="9" name="Grup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99682FB-615B-CD8A-2E31-91380AE81C1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5025" cy="2333625"/>
                          <a:chOff x="0" y="0"/>
                          <a:chExt cx="5486400" cy="5568929"/>
                        </a:xfrm>
                      </wpg:grpSpPr>
                      <pic:pic xmlns:pic="http://schemas.openxmlformats.org/drawingml/2006/picture">
                        <pic:nvPicPr>
                          <pic:cNvPr id="680056147" name="Imagen 680056147">
                            <a:extLst>
                              <a:ext uri="{FF2B5EF4-FFF2-40B4-BE49-F238E27FC236}">
                                <a16:creationId xmlns:a16="http://schemas.microsoft.com/office/drawing/2014/main" id="{B0EB372D-E21F-A055-11D3-E30691D1468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5419" cy="4426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0528769" name="CuadroTexto 7">
                          <a:extLst>
                            <a:ext uri="{FF2B5EF4-FFF2-40B4-BE49-F238E27FC236}">
                              <a16:creationId xmlns:a16="http://schemas.microsoft.com/office/drawing/2014/main" id="{23830B78-67FD-79F5-E2E9-C9F9D02A6A84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4425929"/>
                            <a:ext cx="5486400" cy="11430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B1A273" w14:textId="77777777" w:rsidR="00562DA4" w:rsidRPr="00562DA4" w:rsidRDefault="00562DA4" w:rsidP="00562DA4">
                              <w:pPr>
                                <w:rPr>
                                  <w:rFonts w:hAnsi="Cambria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562DA4">
                                <w:rPr>
                                  <w:rFonts w:hAnsi="Cambria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Fuente:https://www.elradardelsol.com/2024/05/01/denuncian-ciberataque-a-tesoreria-municipal-de-el-tambo-millonario-hurto-de-fondos-publicos/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06EC38" id="Grupo 8" o:spid="_x0000_s1026" style="position:absolute;left:0;text-align:left;margin-left:-2.25pt;margin-top:61.2pt;width:165.75pt;height:183.75pt;z-index:251659264;mso-position-horizontal-relative:margin;mso-width-relative:margin;mso-height-relative:margin" coordsize="54864,55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680056147" o:spid="_x0000_s1027" type="#_x0000_t75" style="position:absolute;width:53854;height:44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Texto 7" o:spid="_x0000_s1028" type="#_x0000_t202" style="position:absolute;top:44259;width:54864;height:1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" filled="f" stroked="f">
                  <v:textbox>
                    <w:txbxContent>
                      <w:p w14:paraId="18B1A273" w14:textId="77777777" w:rsidR="00562DA4" w:rsidRPr="00562DA4" w:rsidRDefault="00562DA4" w:rsidP="00562DA4">
                        <w:pPr>
                          <w:rPr>
                            <w:rFonts w:hAnsi="Cambria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proofErr w:type="gramStart"/>
                        <w:r w:rsidRPr="00562DA4">
                          <w:rPr>
                            <w:rFonts w:hAnsi="Cambria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Fuente:https://www.elradardelsol.com/2024/05/01/denuncian-ciberataque-a-tesoreria-municipal-de-el-tambo-millonario-hurto-de-fondos-publicos/</w:t>
                        </w:r>
                        <w:proofErr w:type="gramEnd"/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A140B7" w:rsidRPr="009F57B5">
        <w:rPr>
          <w:rFonts w:ascii="Century Gothic" w:hAnsi="Century Gothic"/>
          <w:sz w:val="24"/>
          <w:szCs w:val="24"/>
          <w:lang w:val="es-CO"/>
        </w:rPr>
        <w:t xml:space="preserve">El 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 xml:space="preserve">fraude o </w:t>
      </w:r>
      <w:r w:rsidRPr="009F57B5">
        <w:rPr>
          <w:rFonts w:ascii="Century Gothic" w:hAnsi="Century Gothic"/>
          <w:sz w:val="24"/>
          <w:szCs w:val="24"/>
          <w:lang w:val="es-CO"/>
        </w:rPr>
        <w:t xml:space="preserve">hurto virtual </w:t>
      </w:r>
      <w:r w:rsidR="00A140B7">
        <w:rPr>
          <w:rFonts w:ascii="Century Gothic" w:hAnsi="Century Gothic"/>
          <w:sz w:val="24"/>
          <w:szCs w:val="24"/>
          <w:lang w:val="es-CO"/>
        </w:rPr>
        <w:t>de</w:t>
      </w:r>
      <w:r w:rsidRPr="009F57B5">
        <w:rPr>
          <w:rFonts w:ascii="Century Gothic" w:hAnsi="Century Gothic"/>
          <w:sz w:val="24"/>
          <w:szCs w:val="24"/>
          <w:lang w:val="es-CO"/>
        </w:rPr>
        <w:t xml:space="preserve"> cuentas bancarias </w:t>
      </w:r>
      <w:r w:rsidR="00A140B7">
        <w:rPr>
          <w:rFonts w:ascii="Century Gothic" w:hAnsi="Century Gothic"/>
          <w:sz w:val="24"/>
          <w:szCs w:val="24"/>
          <w:lang w:val="es-CO"/>
        </w:rPr>
        <w:t>del sector público es</w:t>
      </w:r>
      <w:r w:rsidR="00A140B7" w:rsidRPr="00A140B7">
        <w:rPr>
          <w:rFonts w:ascii="Century Gothic" w:hAnsi="Century Gothic"/>
          <w:sz w:val="24"/>
          <w:szCs w:val="24"/>
          <w:lang w:val="es-CO"/>
        </w:rPr>
        <w:t xml:space="preserve"> </w:t>
      </w:r>
      <w:r w:rsidR="00A140B7">
        <w:rPr>
          <w:rFonts w:ascii="Century Gothic" w:hAnsi="Century Gothic"/>
          <w:sz w:val="24"/>
          <w:szCs w:val="24"/>
          <w:lang w:val="es-CO"/>
        </w:rPr>
        <w:t>u</w:t>
      </w:r>
      <w:r w:rsidR="00A140B7" w:rsidRPr="009F57B5">
        <w:rPr>
          <w:rFonts w:ascii="Century Gothic" w:hAnsi="Century Gothic"/>
          <w:sz w:val="24"/>
          <w:szCs w:val="24"/>
          <w:lang w:val="es-CO"/>
        </w:rPr>
        <w:t>no de los ataques más perjudiciales</w:t>
      </w:r>
      <w:r w:rsidR="00A140B7">
        <w:rPr>
          <w:rFonts w:ascii="Century Gothic" w:hAnsi="Century Gothic"/>
          <w:sz w:val="24"/>
          <w:szCs w:val="24"/>
          <w:lang w:val="es-CO"/>
        </w:rPr>
        <w:t xml:space="preserve"> </w:t>
      </w:r>
      <w:r w:rsidR="00DD244C" w:rsidRPr="009F57B5">
        <w:rPr>
          <w:rFonts w:ascii="Century Gothic" w:hAnsi="Century Gothic"/>
          <w:sz w:val="24"/>
          <w:szCs w:val="24"/>
          <w:lang w:val="es-CO"/>
        </w:rPr>
        <w:t xml:space="preserve">que se han registrado en los medios de comunicación y de los cuales </w:t>
      </w:r>
      <w:r w:rsidR="00A140B7">
        <w:rPr>
          <w:rFonts w:ascii="Century Gothic" w:hAnsi="Century Gothic"/>
          <w:sz w:val="24"/>
          <w:szCs w:val="24"/>
          <w:lang w:val="es-CO"/>
        </w:rPr>
        <w:t>referimos</w:t>
      </w:r>
      <w:r w:rsidR="00DD244C" w:rsidRPr="009F57B5">
        <w:rPr>
          <w:rFonts w:ascii="Century Gothic" w:hAnsi="Century Gothic"/>
          <w:sz w:val="24"/>
          <w:szCs w:val="24"/>
          <w:lang w:val="es-CO"/>
        </w:rPr>
        <w:t xml:space="preserve"> </w:t>
      </w:r>
      <w:r w:rsidR="004B0B82">
        <w:rPr>
          <w:rFonts w:ascii="Century Gothic" w:hAnsi="Century Gothic"/>
          <w:sz w:val="24"/>
          <w:szCs w:val="24"/>
          <w:lang w:val="es-CO"/>
        </w:rPr>
        <w:t>algunos casos</w:t>
      </w:r>
      <w:r w:rsidR="00DD244C" w:rsidRPr="009F57B5">
        <w:rPr>
          <w:rFonts w:ascii="Century Gothic" w:hAnsi="Century Gothic"/>
          <w:sz w:val="24"/>
          <w:szCs w:val="24"/>
          <w:lang w:val="es-CO"/>
        </w:rPr>
        <w:t xml:space="preserve"> como los sucedidos en 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 xml:space="preserve">la alcaldía de Cáchira (Norte de Santander) esta vez en abril de 2024, se sustrajeron 1.930 millones de pesos de las cuentas del Banco Agrario mediante cinco transacciones virtuales. El </w:t>
      </w:r>
      <w:r w:rsidR="00A140B7">
        <w:rPr>
          <w:rFonts w:ascii="Century Gothic" w:hAnsi="Century Gothic"/>
          <w:sz w:val="24"/>
          <w:szCs w:val="24"/>
          <w:lang w:val="es-CO"/>
        </w:rPr>
        <w:t>ciber criminal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 xml:space="preserve"> modificó las alertas de seguridad del banco, impidiendo la detección oportuna de los movimientos fraudulentos; en la alcaldía de El Tambo (Nariño)</w:t>
      </w:r>
      <w:r>
        <w:rPr>
          <w:rFonts w:ascii="Century Gothic" w:hAnsi="Century Gothic"/>
          <w:sz w:val="24"/>
          <w:szCs w:val="24"/>
          <w:lang w:val="es-CO"/>
        </w:rPr>
        <w:t>.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 xml:space="preserve"> En mayo de 2024, la Tesorería Municipal denunció el hurto de entre 700 y 1.000 millones de pesos de las cuentas de la administración local.</w:t>
      </w:r>
      <w:r w:rsidR="00FE4D31">
        <w:rPr>
          <w:rFonts w:ascii="Century Gothic" w:hAnsi="Century Gothic"/>
          <w:sz w:val="24"/>
          <w:szCs w:val="24"/>
          <w:lang w:val="es-CO"/>
        </w:rPr>
        <w:t xml:space="preserve"> 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 xml:space="preserve">Pero las gobernaciones no han escapado a la acción de los cibercriminales. </w:t>
      </w:r>
      <w:r w:rsidR="00FE4D31">
        <w:rPr>
          <w:rFonts w:ascii="Century Gothic" w:hAnsi="Century Gothic"/>
          <w:sz w:val="24"/>
          <w:szCs w:val="24"/>
          <w:lang w:val="es-CO"/>
        </w:rPr>
        <w:t xml:space="preserve">Mencionemos </w:t>
      </w:r>
      <w:r w:rsidR="00FE4D31">
        <w:rPr>
          <w:rFonts w:ascii="Century Gothic" w:hAnsi="Century Gothic"/>
          <w:sz w:val="24"/>
          <w:szCs w:val="24"/>
          <w:lang w:val="es-CO"/>
        </w:rPr>
        <w:lastRenderedPageBreak/>
        <w:t>lo sucedido en l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 xml:space="preserve">a gobernación de Putumayo </w:t>
      </w:r>
      <w:r w:rsidR="00A140B7">
        <w:rPr>
          <w:rFonts w:ascii="Century Gothic" w:hAnsi="Century Gothic"/>
          <w:sz w:val="24"/>
          <w:szCs w:val="24"/>
          <w:lang w:val="es-CO"/>
        </w:rPr>
        <w:t xml:space="preserve">donde </w:t>
      </w:r>
      <w:r w:rsidR="009F57B5" w:rsidRPr="009F57B5">
        <w:rPr>
          <w:rFonts w:ascii="Century Gothic" w:hAnsi="Century Gothic"/>
          <w:sz w:val="24"/>
          <w:szCs w:val="24"/>
          <w:lang w:val="es-CO"/>
        </w:rPr>
        <w:t>fueron afectados en diciembre de 2022, cuando hackers sustrajeron más de 3.100 millones de pesos de una cuenta del ente territorial que correspondían a honorarios para más de 1.000 contratistas.</w:t>
      </w:r>
    </w:p>
    <w:p w14:paraId="798FD275" w14:textId="1A0F20E5" w:rsidR="00562DA4" w:rsidRPr="00562DA4" w:rsidRDefault="00562DA4" w:rsidP="00FC6DEA">
      <w:pPr>
        <w:pStyle w:val="Sinespaciado"/>
        <w:jc w:val="both"/>
        <w:rPr>
          <w:rFonts w:ascii="Century Gothic" w:hAnsi="Century Gothic"/>
          <w:sz w:val="18"/>
          <w:szCs w:val="18"/>
          <w:lang w:val="es-CO"/>
        </w:rPr>
      </w:pPr>
    </w:p>
    <w:p w14:paraId="1983D5E0" w14:textId="08297EBB" w:rsidR="009241A5" w:rsidRPr="00C55367" w:rsidRDefault="00DD244C" w:rsidP="00A140B7">
      <w:pPr>
        <w:pStyle w:val="Sinespaciado"/>
        <w:jc w:val="both"/>
        <w:rPr>
          <w:rFonts w:hAnsi="Cambria"/>
          <w:color w:val="000000" w:themeColor="text1"/>
          <w:kern w:val="24"/>
          <w:sz w:val="16"/>
          <w:szCs w:val="16"/>
          <w:lang w:val="es-CO"/>
        </w:rPr>
      </w:pPr>
      <w:r>
        <w:rPr>
          <w:rFonts w:ascii="Century Gothic" w:hAnsi="Century Gothic"/>
          <w:sz w:val="24"/>
          <w:szCs w:val="24"/>
          <w:lang w:val="es-CO"/>
        </w:rPr>
        <w:t xml:space="preserve">Este delito </w:t>
      </w:r>
      <w:r w:rsidRPr="00FC6DEA">
        <w:rPr>
          <w:rFonts w:ascii="Century Gothic" w:hAnsi="Century Gothic"/>
          <w:sz w:val="24"/>
          <w:szCs w:val="24"/>
          <w:lang w:val="es-CO"/>
        </w:rPr>
        <w:t>ocurre</w:t>
      </w:r>
      <w:r w:rsidR="00FC6DEA">
        <w:rPr>
          <w:rFonts w:ascii="Century Gothic" w:hAnsi="Century Gothic"/>
          <w:sz w:val="24"/>
          <w:szCs w:val="24"/>
          <w:lang w:val="es-CO"/>
        </w:rPr>
        <w:t xml:space="preserve"> </w:t>
      </w:r>
      <w:r w:rsidRPr="00FC6DEA">
        <w:rPr>
          <w:rFonts w:ascii="Century Gothic" w:hAnsi="Century Gothic"/>
          <w:sz w:val="24"/>
          <w:szCs w:val="24"/>
          <w:lang w:val="es-CO"/>
        </w:rPr>
        <w:t>mediante</w:t>
      </w:r>
      <w:r w:rsidR="00980547">
        <w:rPr>
          <w:rFonts w:ascii="Century Gothic" w:hAnsi="Century Gothic"/>
          <w:sz w:val="24"/>
          <w:szCs w:val="24"/>
          <w:lang w:val="es-CO"/>
        </w:rPr>
        <w:t xml:space="preserve"> el r</w:t>
      </w:r>
      <w:r w:rsidRPr="00FC6DEA">
        <w:rPr>
          <w:rFonts w:ascii="Century Gothic" w:hAnsi="Century Gothic"/>
          <w:sz w:val="24"/>
          <w:szCs w:val="24"/>
          <w:lang w:val="es-CO"/>
        </w:rPr>
        <w:t>obo de credenciales de acceso bancario institucional (phishing, malware, insiders</w:t>
      </w:r>
      <w:r w:rsidR="006827D4">
        <w:rPr>
          <w:rFonts w:ascii="Century Gothic" w:hAnsi="Century Gothic"/>
          <w:sz w:val="24"/>
          <w:szCs w:val="24"/>
          <w:lang w:val="es-CO"/>
        </w:rPr>
        <w:t xml:space="preserve"> o </w:t>
      </w:r>
      <w:r w:rsidR="006827D4" w:rsidRPr="006827D4">
        <w:rPr>
          <w:rFonts w:ascii="Century Gothic" w:hAnsi="Century Gothic"/>
          <w:sz w:val="24"/>
          <w:szCs w:val="24"/>
          <w:lang w:val="es-CO"/>
        </w:rPr>
        <w:t xml:space="preserve">persona que </w:t>
      </w:r>
      <w:r w:rsidR="00601280">
        <w:rPr>
          <w:rFonts w:ascii="Century Gothic" w:hAnsi="Century Gothic"/>
          <w:sz w:val="24"/>
          <w:szCs w:val="24"/>
          <w:lang w:val="es-CO"/>
        </w:rPr>
        <w:t xml:space="preserve">cuenta con </w:t>
      </w:r>
      <w:r w:rsidR="006827D4" w:rsidRPr="006827D4">
        <w:rPr>
          <w:rFonts w:ascii="Century Gothic" w:hAnsi="Century Gothic"/>
          <w:sz w:val="24"/>
          <w:szCs w:val="24"/>
          <w:lang w:val="es-CO"/>
        </w:rPr>
        <w:t>acceso privilegiado a información o recursos no disponibles al público en general</w:t>
      </w:r>
      <w:r w:rsidR="006827D4">
        <w:rPr>
          <w:rFonts w:ascii="Century Gothic" w:hAnsi="Century Gothic"/>
          <w:sz w:val="24"/>
          <w:szCs w:val="24"/>
          <w:lang w:val="es-CO"/>
        </w:rPr>
        <w:t xml:space="preserve"> dentro de una organización</w:t>
      </w:r>
      <w:r w:rsidRPr="00FC6DEA">
        <w:rPr>
          <w:rFonts w:ascii="Century Gothic" w:hAnsi="Century Gothic"/>
          <w:sz w:val="24"/>
          <w:szCs w:val="24"/>
          <w:lang w:val="es-CO"/>
        </w:rPr>
        <w:t>)</w:t>
      </w:r>
      <w:r w:rsidR="00980547">
        <w:rPr>
          <w:rFonts w:ascii="Century Gothic" w:hAnsi="Century Gothic"/>
          <w:sz w:val="24"/>
          <w:szCs w:val="24"/>
          <w:lang w:val="es-CO"/>
        </w:rPr>
        <w:t>; t</w:t>
      </w:r>
      <w:r w:rsidRPr="00FC6DEA">
        <w:rPr>
          <w:rFonts w:ascii="Century Gothic" w:hAnsi="Century Gothic"/>
          <w:sz w:val="24"/>
          <w:szCs w:val="24"/>
          <w:lang w:val="es-CO"/>
        </w:rPr>
        <w:t>ransferencias electrónicas fraudulentas desde sistemas internos comprometidos</w:t>
      </w:r>
      <w:r w:rsidR="00980547">
        <w:rPr>
          <w:rFonts w:ascii="Century Gothic" w:hAnsi="Century Gothic"/>
          <w:sz w:val="24"/>
          <w:szCs w:val="24"/>
          <w:lang w:val="es-CO"/>
        </w:rPr>
        <w:t>; s</w:t>
      </w:r>
      <w:r w:rsidRPr="00FC6DEA">
        <w:rPr>
          <w:rFonts w:ascii="Century Gothic" w:hAnsi="Century Gothic"/>
          <w:sz w:val="24"/>
          <w:szCs w:val="24"/>
          <w:lang w:val="es-CO"/>
        </w:rPr>
        <w:t>uplantación de funcionarios ante plataformas bancarias</w:t>
      </w:r>
      <w:r w:rsidR="00980547">
        <w:rPr>
          <w:rFonts w:ascii="Century Gothic" w:hAnsi="Century Gothic"/>
          <w:sz w:val="24"/>
          <w:szCs w:val="24"/>
          <w:lang w:val="es-CO"/>
        </w:rPr>
        <w:t>; f</w:t>
      </w:r>
      <w:r w:rsidRPr="00FC6DEA">
        <w:rPr>
          <w:rFonts w:ascii="Century Gothic" w:hAnsi="Century Gothic"/>
          <w:sz w:val="24"/>
          <w:szCs w:val="24"/>
          <w:lang w:val="es-CO"/>
        </w:rPr>
        <w:t>alta de autenticación robusta y monitoreo de transacciones</w:t>
      </w:r>
      <w:r w:rsidR="00980547">
        <w:rPr>
          <w:rFonts w:ascii="Century Gothic" w:hAnsi="Century Gothic"/>
          <w:sz w:val="24"/>
          <w:szCs w:val="24"/>
          <w:lang w:val="es-CO"/>
        </w:rPr>
        <w:t xml:space="preserve">. 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Estos eventos tienen efectos </w:t>
      </w:r>
      <w:r w:rsidR="00A140B7" w:rsidRPr="00FC6DEA">
        <w:rPr>
          <w:rFonts w:ascii="Century Gothic" w:hAnsi="Century Gothic"/>
          <w:sz w:val="24"/>
          <w:szCs w:val="24"/>
          <w:lang w:val="es-CO"/>
        </w:rPr>
        <w:t>demoledores</w:t>
      </w:r>
      <w:r w:rsidR="00980547">
        <w:rPr>
          <w:rFonts w:ascii="Century Gothic" w:hAnsi="Century Gothic"/>
          <w:sz w:val="24"/>
          <w:szCs w:val="24"/>
          <w:lang w:val="es-CO"/>
        </w:rPr>
        <w:t xml:space="preserve"> como la</w:t>
      </w:r>
      <w:r w:rsidRPr="00FC6DEA">
        <w:rPr>
          <w:rFonts w:ascii="Century Gothic" w:hAnsi="Century Gothic"/>
          <w:sz w:val="24"/>
          <w:szCs w:val="24"/>
          <w:lang w:val="es-CO"/>
        </w:rPr>
        <w:t xml:space="preserve"> pérdida directa de recursos públicos, investigaciones penales,</w:t>
      </w:r>
      <w:r w:rsidR="00FC6DEA">
        <w:rPr>
          <w:rFonts w:ascii="Century Gothic" w:hAnsi="Century Gothic"/>
          <w:sz w:val="24"/>
          <w:szCs w:val="24"/>
          <w:lang w:val="es-CO"/>
        </w:rPr>
        <w:t xml:space="preserve"> </w:t>
      </w:r>
      <w:r w:rsidRPr="00FC6DEA">
        <w:rPr>
          <w:rFonts w:ascii="Century Gothic" w:hAnsi="Century Gothic"/>
          <w:sz w:val="24"/>
          <w:szCs w:val="24"/>
          <w:lang w:val="es-CO"/>
        </w:rPr>
        <w:t>suspensión de proyectos, daño reputacional</w:t>
      </w:r>
      <w:r w:rsidR="00980547">
        <w:rPr>
          <w:rFonts w:ascii="Century Gothic" w:hAnsi="Century Gothic"/>
          <w:sz w:val="24"/>
          <w:szCs w:val="24"/>
          <w:lang w:val="es-CO"/>
        </w:rPr>
        <w:t xml:space="preserve"> impactando la gestión </w:t>
      </w:r>
      <w:r w:rsidR="00A140B7">
        <w:rPr>
          <w:rFonts w:ascii="Century Gothic" w:hAnsi="Century Gothic"/>
          <w:sz w:val="24"/>
          <w:szCs w:val="24"/>
          <w:lang w:val="es-CO"/>
        </w:rPr>
        <w:t xml:space="preserve">pública </w:t>
      </w:r>
      <w:r w:rsidR="00980547">
        <w:rPr>
          <w:rFonts w:ascii="Century Gothic" w:hAnsi="Century Gothic"/>
          <w:sz w:val="24"/>
          <w:szCs w:val="24"/>
          <w:lang w:val="es-CO"/>
        </w:rPr>
        <w:t xml:space="preserve">y </w:t>
      </w:r>
      <w:r>
        <w:rPr>
          <w:rFonts w:ascii="Century Gothic" w:hAnsi="Century Gothic"/>
          <w:sz w:val="24"/>
          <w:szCs w:val="24"/>
          <w:lang w:val="es-CO"/>
        </w:rPr>
        <w:t>afectando a la sociedad bajo la jurisdicción del mandatario</w:t>
      </w:r>
      <w:r w:rsidRPr="00FC6DEA">
        <w:rPr>
          <w:rFonts w:ascii="Century Gothic" w:hAnsi="Century Gothic"/>
          <w:sz w:val="24"/>
          <w:szCs w:val="24"/>
          <w:lang w:val="es-CO"/>
        </w:rPr>
        <w:t>.</w:t>
      </w:r>
    </w:p>
    <w:p w14:paraId="23C9882E" w14:textId="53E11066" w:rsidR="009241A5" w:rsidRDefault="009241A5" w:rsidP="00FC6DE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268645E4" w14:textId="77777777" w:rsidR="005B72FD" w:rsidRPr="005B72FD" w:rsidRDefault="005B72FD" w:rsidP="005B72FD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 w:rsidRPr="005B72FD">
        <w:rPr>
          <w:rFonts w:ascii="Century Gothic" w:hAnsi="Century Gothic"/>
          <w:sz w:val="24"/>
          <w:szCs w:val="24"/>
          <w:lang w:val="es-CO"/>
        </w:rPr>
        <w:t>En Colombia, los Entes Territoriales se resguardan por leyes y otras normas que procuran salvaguardar con amplitud la ciberseguridad como la ley 1273 de 2009 que versa sobre los principios y objetivos para la protección de la información pública y la seguridad cibernética nacional, el decreto 2590 de 2010 que regula la ciberseguridad y la protección de la información en las entidades públicas, incluyendo los Entes Territoriales, la ley 1712 de 2014 establece la obligación de los Entes Territoriales de implementar medidas de ciberseguridad y protección de la información pública, la resolución 500 de marzo 10 de 2021 del Ministerio de Tecnologías de la Información y las Comunicaciones (Mintic) que establecen los lineamientos y estándares para la estrategia de seguridad digital y se adopta el modelo de seguridad y privacidad como habilitador de la política de Gobierno Digital.</w:t>
      </w:r>
    </w:p>
    <w:p w14:paraId="60426842" w14:textId="10E175F1" w:rsidR="002674D4" w:rsidRDefault="002674D4" w:rsidP="004B0B82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4BEB1E42" w14:textId="0067ADDB" w:rsidR="002674D4" w:rsidRPr="009A6291" w:rsidRDefault="00B82B37" w:rsidP="000E130A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 w:rsidRPr="009241A5">
        <w:rPr>
          <w:rFonts w:ascii="Century Gothic" w:hAnsi="Century Gothic"/>
          <w:noProof/>
          <w:sz w:val="24"/>
          <w:szCs w:val="24"/>
          <w:lang w:val="es-CO"/>
        </w:rPr>
        <w:drawing>
          <wp:anchor distT="0" distB="0" distL="114300" distR="114300" simplePos="0" relativeHeight="251663360" behindDoc="1" locked="0" layoutInCell="1" allowOverlap="1" wp14:anchorId="75C91FE4" wp14:editId="46CF37A9">
            <wp:simplePos x="0" y="0"/>
            <wp:positionH relativeFrom="margin">
              <wp:posOffset>2976245</wp:posOffset>
            </wp:positionH>
            <wp:positionV relativeFrom="paragraph">
              <wp:posOffset>371475</wp:posOffset>
            </wp:positionV>
            <wp:extent cx="2507615" cy="2062480"/>
            <wp:effectExtent l="0" t="0" r="6985" b="0"/>
            <wp:wrapTight wrapText="bothSides">
              <wp:wrapPolygon edited="0">
                <wp:start x="0" y="0"/>
                <wp:lineTo x="0" y="21347"/>
                <wp:lineTo x="21496" y="21347"/>
                <wp:lineTo x="21496" y="0"/>
                <wp:lineTo x="0" y="0"/>
              </wp:wrapPolygon>
            </wp:wrapTight>
            <wp:docPr id="868518972" name="Imagen 1" descr="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518972" name="Imagen 1" descr="Diagrama&#10;&#10;El contenido generado por IA puede ser incorrec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7615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6291">
        <w:rPr>
          <w:rFonts w:ascii="Century Gothic" w:hAnsi="Century Gothic"/>
          <w:sz w:val="24"/>
          <w:szCs w:val="24"/>
          <w:lang w:val="es-CO"/>
        </w:rPr>
        <w:t xml:space="preserve"> 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>Los países más avanzados en ciberseguridad</w:t>
      </w:r>
      <w:r w:rsidR="002674D4">
        <w:rPr>
          <w:rFonts w:ascii="Century Gothic" w:hAnsi="Century Gothic"/>
          <w:sz w:val="24"/>
          <w:szCs w:val="24"/>
          <w:lang w:val="es-CO"/>
        </w:rPr>
        <w:t xml:space="preserve">, 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>como Estonia, Israel, Finlandia, Estados Unidos, Corea del Sur y Singapur</w:t>
      </w:r>
      <w:r w:rsidR="002674D4">
        <w:rPr>
          <w:rFonts w:ascii="Century Gothic" w:hAnsi="Century Gothic"/>
          <w:sz w:val="24"/>
          <w:szCs w:val="24"/>
          <w:lang w:val="es-CO"/>
        </w:rPr>
        <w:t xml:space="preserve">, 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no dependen solo de la tecnología, sino de una visión </w:t>
      </w:r>
      <w:r w:rsidRPr="009A6291">
        <w:rPr>
          <w:rFonts w:ascii="Century Gothic" w:hAnsi="Century Gothic"/>
          <w:sz w:val="24"/>
          <w:szCs w:val="24"/>
          <w:lang w:val="es-CO"/>
        </w:rPr>
        <w:t>integral y preventiva</w:t>
      </w:r>
      <w:r>
        <w:rPr>
          <w:rFonts w:ascii="Century Gothic" w:hAnsi="Century Gothic"/>
          <w:sz w:val="24"/>
          <w:szCs w:val="24"/>
          <w:lang w:val="es-CO"/>
        </w:rPr>
        <w:t xml:space="preserve"> estatal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, donde la seguridad de la información pública es </w:t>
      </w:r>
      <w:r>
        <w:rPr>
          <w:rFonts w:ascii="Century Gothic" w:hAnsi="Century Gothic"/>
          <w:sz w:val="24"/>
          <w:szCs w:val="24"/>
          <w:lang w:val="es-CO"/>
        </w:rPr>
        <w:t xml:space="preserve">considerada 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tan importante como la física. Estos modelos se </w:t>
      </w:r>
      <w:r>
        <w:rPr>
          <w:rFonts w:ascii="Century Gothic" w:hAnsi="Century Gothic"/>
          <w:sz w:val="24"/>
          <w:szCs w:val="24"/>
          <w:lang w:val="es-CO"/>
        </w:rPr>
        <w:t>soportan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 en </w:t>
      </w:r>
      <w:r>
        <w:rPr>
          <w:rFonts w:ascii="Century Gothic" w:hAnsi="Century Gothic"/>
          <w:sz w:val="24"/>
          <w:szCs w:val="24"/>
          <w:lang w:val="es-CO"/>
        </w:rPr>
        <w:t xml:space="preserve">un verdadero y efectivo 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liderazgo </w:t>
      </w:r>
      <w:r>
        <w:rPr>
          <w:rFonts w:ascii="Century Gothic" w:hAnsi="Century Gothic"/>
          <w:sz w:val="24"/>
          <w:szCs w:val="24"/>
          <w:lang w:val="es-CO"/>
        </w:rPr>
        <w:t>gubernamental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, </w:t>
      </w:r>
      <w:r w:rsidR="000E130A" w:rsidRPr="009A6291">
        <w:rPr>
          <w:rFonts w:ascii="Century Gothic" w:hAnsi="Century Gothic"/>
          <w:sz w:val="24"/>
          <w:szCs w:val="24"/>
          <w:lang w:val="es-CO"/>
        </w:rPr>
        <w:t>estrategias integrales y coordinadas para proteger la información pública</w:t>
      </w:r>
      <w:r w:rsidR="000E130A">
        <w:rPr>
          <w:rFonts w:ascii="Century Gothic" w:hAnsi="Century Gothic"/>
          <w:sz w:val="24"/>
          <w:szCs w:val="24"/>
          <w:lang w:val="es-CO"/>
        </w:rPr>
        <w:t>,</w:t>
      </w:r>
      <w:r w:rsidR="000E130A" w:rsidRPr="009A6291">
        <w:rPr>
          <w:rFonts w:ascii="Century Gothic" w:hAnsi="Century Gothic"/>
          <w:sz w:val="24"/>
          <w:szCs w:val="24"/>
          <w:lang w:val="es-CO"/>
        </w:rPr>
        <w:t xml:space="preserve"> 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cooperación institucional, cultura digital y </w:t>
      </w:r>
      <w:r>
        <w:rPr>
          <w:rFonts w:ascii="Century Gothic" w:hAnsi="Century Gothic"/>
          <w:sz w:val="24"/>
          <w:szCs w:val="24"/>
          <w:lang w:val="es-CO"/>
        </w:rPr>
        <w:t>disposiciones normativas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 xml:space="preserve"> efica</w:t>
      </w:r>
      <w:r>
        <w:rPr>
          <w:rFonts w:ascii="Century Gothic" w:hAnsi="Century Gothic"/>
          <w:sz w:val="24"/>
          <w:szCs w:val="24"/>
          <w:lang w:val="es-CO"/>
        </w:rPr>
        <w:t>ces</w:t>
      </w:r>
      <w:r w:rsidR="002674D4" w:rsidRPr="009A6291">
        <w:rPr>
          <w:rFonts w:ascii="Century Gothic" w:hAnsi="Century Gothic"/>
          <w:sz w:val="24"/>
          <w:szCs w:val="24"/>
          <w:lang w:val="es-CO"/>
        </w:rPr>
        <w:t>.</w:t>
      </w:r>
      <w:r>
        <w:rPr>
          <w:rFonts w:ascii="Century Gothic" w:hAnsi="Century Gothic"/>
          <w:sz w:val="24"/>
          <w:szCs w:val="24"/>
          <w:lang w:val="es-CO"/>
        </w:rPr>
        <w:t xml:space="preserve"> </w:t>
      </w:r>
      <w:r>
        <w:rPr>
          <w:rFonts w:ascii="Century Gothic" w:hAnsi="Century Gothic"/>
          <w:sz w:val="24"/>
          <w:szCs w:val="24"/>
          <w:lang w:val="es-CO"/>
        </w:rPr>
        <w:tab/>
      </w:r>
      <w:r>
        <w:rPr>
          <w:rFonts w:ascii="Century Gothic" w:hAnsi="Century Gothic"/>
          <w:sz w:val="24"/>
          <w:szCs w:val="24"/>
          <w:lang w:val="es-CO"/>
        </w:rPr>
        <w:tab/>
      </w:r>
      <w:r w:rsidRPr="00C55367">
        <w:rPr>
          <w:rFonts w:hAnsi="Cambria"/>
          <w:color w:val="000000" w:themeColor="text1"/>
          <w:kern w:val="24"/>
          <w:sz w:val="16"/>
          <w:szCs w:val="16"/>
          <w:lang w:val="es-CO"/>
        </w:rPr>
        <w:t>Fuente: Banco Interamericano de Desarrollo</w:t>
      </w:r>
    </w:p>
    <w:p w14:paraId="4CE1275C" w14:textId="16971EB8" w:rsidR="00C859AF" w:rsidRPr="00246863" w:rsidRDefault="00C859AF" w:rsidP="000E130A">
      <w:pPr>
        <w:pStyle w:val="Sinespaciado"/>
        <w:rPr>
          <w:lang w:val="es-CO"/>
        </w:rPr>
      </w:pPr>
    </w:p>
    <w:p w14:paraId="7C7D41EF" w14:textId="49B72571" w:rsidR="00A3380E" w:rsidRPr="00601280" w:rsidRDefault="00B82B37" w:rsidP="00A3380E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>
        <w:rPr>
          <w:rFonts w:ascii="Century Gothic" w:hAnsi="Century Gothic"/>
          <w:sz w:val="24"/>
          <w:szCs w:val="24"/>
          <w:lang w:val="es-CO"/>
        </w:rPr>
        <w:t xml:space="preserve">Frente a este panorama, surge una inquietud 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¿Qué </w:t>
      </w:r>
      <w:r>
        <w:rPr>
          <w:rFonts w:ascii="Century Gothic" w:hAnsi="Century Gothic"/>
          <w:sz w:val="24"/>
          <w:szCs w:val="24"/>
          <w:lang w:val="es-CO"/>
        </w:rPr>
        <w:t>permite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que los entes territoriales sean vulnerables? Se </w:t>
      </w:r>
      <w:r>
        <w:rPr>
          <w:rFonts w:ascii="Century Gothic" w:hAnsi="Century Gothic"/>
          <w:sz w:val="24"/>
          <w:szCs w:val="24"/>
          <w:lang w:val="es-CO"/>
        </w:rPr>
        <w:t xml:space="preserve">ha 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>evidencia</w:t>
      </w:r>
      <w:r>
        <w:rPr>
          <w:rFonts w:ascii="Century Gothic" w:hAnsi="Century Gothic"/>
          <w:sz w:val="24"/>
          <w:szCs w:val="24"/>
          <w:lang w:val="es-CO"/>
        </w:rPr>
        <w:t>do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que el desconocimiento en torno a l</w:t>
      </w:r>
      <w:r w:rsidR="00070841">
        <w:rPr>
          <w:rFonts w:ascii="Century Gothic" w:hAnsi="Century Gothic"/>
          <w:sz w:val="24"/>
          <w:szCs w:val="24"/>
          <w:lang w:val="es-CO"/>
        </w:rPr>
        <w:t>a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</w:t>
      </w:r>
      <w:r>
        <w:rPr>
          <w:rFonts w:ascii="Century Gothic" w:hAnsi="Century Gothic"/>
          <w:sz w:val="24"/>
          <w:szCs w:val="24"/>
          <w:lang w:val="es-CO"/>
        </w:rPr>
        <w:t>ciberseguridad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es marcada no solo por parte de un importante número de funcionarios sino en la comunidad en general que siguen viendo la seguridad </w:t>
      </w:r>
      <w:r>
        <w:rPr>
          <w:rFonts w:ascii="Century Gothic" w:hAnsi="Century Gothic"/>
          <w:sz w:val="24"/>
          <w:szCs w:val="24"/>
          <w:lang w:val="es-CO"/>
        </w:rPr>
        <w:t xml:space="preserve">cibernética 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>como un asunto ajeno y exclusivo de</w:t>
      </w:r>
      <w:r>
        <w:rPr>
          <w:rFonts w:ascii="Century Gothic" w:hAnsi="Century Gothic"/>
          <w:sz w:val="24"/>
          <w:szCs w:val="24"/>
          <w:lang w:val="es-CO"/>
        </w:rPr>
        <w:t xml:space="preserve"> 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“los </w:t>
      </w:r>
      <w:r>
        <w:rPr>
          <w:rFonts w:ascii="Century Gothic" w:hAnsi="Century Gothic"/>
          <w:sz w:val="24"/>
          <w:szCs w:val="24"/>
          <w:lang w:val="es-CO"/>
        </w:rPr>
        <w:t>ingenieros</w:t>
      </w:r>
      <w:r w:rsidR="00A30A3B">
        <w:rPr>
          <w:rFonts w:ascii="Century Gothic" w:hAnsi="Century Gothic"/>
          <w:sz w:val="24"/>
          <w:szCs w:val="24"/>
          <w:lang w:val="es-CO"/>
        </w:rPr>
        <w:t>”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; consecuentemente, ese desconocimiento </w:t>
      </w:r>
      <w:r w:rsidR="00A30A3B">
        <w:rPr>
          <w:rFonts w:ascii="Century Gothic" w:hAnsi="Century Gothic"/>
          <w:sz w:val="24"/>
          <w:szCs w:val="24"/>
          <w:lang w:val="es-CO"/>
        </w:rPr>
        <w:t>por parte de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los decisores motiva que 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el tema 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se desplace a un segundo plano reflejado en algunas ocasiones en </w:t>
      </w:r>
      <w:r w:rsidR="00A30A3B">
        <w:rPr>
          <w:rFonts w:ascii="Century Gothic" w:hAnsi="Century Gothic"/>
          <w:sz w:val="24"/>
          <w:szCs w:val="24"/>
          <w:lang w:val="es-CO"/>
        </w:rPr>
        <w:t>la nula o poca asignación presupuestal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para atender este rubro, 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la no aplicación de las 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regulaciones </w:t>
      </w:r>
      <w:r w:rsidR="00A30A3B">
        <w:rPr>
          <w:rFonts w:ascii="Century Gothic" w:hAnsi="Century Gothic"/>
          <w:sz w:val="24"/>
          <w:szCs w:val="24"/>
          <w:lang w:val="es-CO"/>
        </w:rPr>
        <w:t>existentes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, un esfuerzo incipiente en la capacitación </w:t>
      </w:r>
      <w:r w:rsidR="00A30A3B">
        <w:rPr>
          <w:rFonts w:ascii="Century Gothic" w:hAnsi="Century Gothic"/>
          <w:sz w:val="24"/>
          <w:szCs w:val="24"/>
          <w:lang w:val="es-CO"/>
        </w:rPr>
        <w:t>en temas como la ciber higiene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 xml:space="preserve"> 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orientada a 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>los empleados públicos y trabajadores oficiales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 y los compro hacen del asunto una alta vulnerabilidad</w:t>
      </w:r>
      <w:r w:rsidR="00A3380E" w:rsidRPr="00601280">
        <w:rPr>
          <w:rFonts w:ascii="Century Gothic" w:hAnsi="Century Gothic"/>
          <w:sz w:val="24"/>
          <w:szCs w:val="24"/>
          <w:lang w:val="es-CO"/>
        </w:rPr>
        <w:t>.</w:t>
      </w:r>
    </w:p>
    <w:p w14:paraId="0C177F59" w14:textId="77777777" w:rsidR="00A3380E" w:rsidRDefault="00A3380E" w:rsidP="00DD244C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7FBC9570" w14:textId="57E698F7" w:rsidR="00DD244C" w:rsidRDefault="009241A5" w:rsidP="00DD244C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74889F3" wp14:editId="67423122">
            <wp:simplePos x="0" y="0"/>
            <wp:positionH relativeFrom="margin">
              <wp:posOffset>0</wp:posOffset>
            </wp:positionH>
            <wp:positionV relativeFrom="paragraph">
              <wp:posOffset>1702435</wp:posOffset>
            </wp:positionV>
            <wp:extent cx="2600325" cy="1625600"/>
            <wp:effectExtent l="0" t="0" r="9525" b="0"/>
            <wp:wrapTight wrapText="bothSides">
              <wp:wrapPolygon edited="0">
                <wp:start x="0" y="0"/>
                <wp:lineTo x="0" y="21263"/>
                <wp:lineTo x="21521" y="21263"/>
                <wp:lineTo x="21521" y="0"/>
                <wp:lineTo x="0" y="0"/>
              </wp:wrapPolygon>
            </wp:wrapTight>
            <wp:docPr id="578643630" name="Imagen 4" descr="EMPRESA - MNEMO Colombia | Cibersegurid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MPRESA - MNEMO Colombia | Cibersegurida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44C">
        <w:rPr>
          <w:rFonts w:ascii="Century Gothic" w:hAnsi="Century Gothic"/>
          <w:sz w:val="24"/>
          <w:szCs w:val="24"/>
          <w:lang w:val="es-CO"/>
        </w:rPr>
        <w:t>En este sentido</w:t>
      </w:r>
      <w:r w:rsidR="009D6BC8">
        <w:rPr>
          <w:rFonts w:ascii="Century Gothic" w:hAnsi="Century Gothic"/>
          <w:sz w:val="24"/>
          <w:szCs w:val="24"/>
          <w:lang w:val="es-CO"/>
        </w:rPr>
        <w:t>,</w:t>
      </w:r>
      <w:r w:rsidR="00DD244C">
        <w:rPr>
          <w:rFonts w:ascii="Century Gothic" w:hAnsi="Century Gothic"/>
          <w:sz w:val="24"/>
          <w:szCs w:val="24"/>
          <w:lang w:val="es-CO"/>
        </w:rPr>
        <w:t xml:space="preserve"> es menester desarrollar un </w:t>
      </w:r>
      <w:r w:rsidR="009D6BC8" w:rsidRPr="009D6BC8">
        <w:rPr>
          <w:rFonts w:ascii="Century Gothic" w:hAnsi="Century Gothic"/>
          <w:sz w:val="24"/>
          <w:szCs w:val="24"/>
          <w:lang w:val="es-CO"/>
        </w:rPr>
        <w:t>plan estratégico de ciberseguridad</w:t>
      </w:r>
      <w:r w:rsidR="00DD244C">
        <w:rPr>
          <w:rFonts w:ascii="Century Gothic" w:hAnsi="Century Gothic"/>
          <w:sz w:val="24"/>
          <w:szCs w:val="24"/>
          <w:lang w:val="es-CO"/>
        </w:rPr>
        <w:t xml:space="preserve"> </w:t>
      </w:r>
      <w:r w:rsidR="009D6BC8">
        <w:rPr>
          <w:rFonts w:ascii="Century Gothic" w:hAnsi="Century Gothic"/>
          <w:sz w:val="24"/>
          <w:szCs w:val="24"/>
          <w:lang w:val="es-CO"/>
        </w:rPr>
        <w:t>q</w:t>
      </w:r>
      <w:r w:rsidR="009D6BC8" w:rsidRPr="009D6BC8">
        <w:rPr>
          <w:rFonts w:ascii="Century Gothic" w:hAnsi="Century Gothic"/>
          <w:sz w:val="24"/>
          <w:szCs w:val="24"/>
          <w:lang w:val="es-CO"/>
        </w:rPr>
        <w:t xml:space="preserve">ue define </w:t>
      </w:r>
      <w:r w:rsidR="00562DA4" w:rsidRPr="009D6BC8">
        <w:rPr>
          <w:rFonts w:ascii="Century Gothic" w:hAnsi="Century Gothic"/>
          <w:sz w:val="24"/>
          <w:szCs w:val="24"/>
          <w:lang w:val="es-CO"/>
        </w:rPr>
        <w:t>como</w:t>
      </w:r>
      <w:r w:rsidR="009D6BC8" w:rsidRPr="009D6BC8">
        <w:rPr>
          <w:rFonts w:ascii="Century Gothic" w:hAnsi="Century Gothic"/>
          <w:sz w:val="24"/>
          <w:szCs w:val="24"/>
          <w:lang w:val="es-CO"/>
        </w:rPr>
        <w:t xml:space="preserve"> una organización 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está preparada o no para </w:t>
      </w:r>
      <w:r w:rsidR="009D6BC8" w:rsidRPr="009D6BC8">
        <w:rPr>
          <w:rFonts w:ascii="Century Gothic" w:hAnsi="Century Gothic"/>
          <w:sz w:val="24"/>
          <w:szCs w:val="24"/>
          <w:lang w:val="es-CO"/>
        </w:rPr>
        <w:t>protege</w:t>
      </w:r>
      <w:r w:rsidR="00A30A3B">
        <w:rPr>
          <w:rFonts w:ascii="Century Gothic" w:hAnsi="Century Gothic"/>
          <w:sz w:val="24"/>
          <w:szCs w:val="24"/>
          <w:lang w:val="es-CO"/>
        </w:rPr>
        <w:t>r</w:t>
      </w:r>
      <w:r w:rsidR="009D6BC8" w:rsidRPr="009D6BC8">
        <w:rPr>
          <w:rFonts w:ascii="Century Gothic" w:hAnsi="Century Gothic"/>
          <w:sz w:val="24"/>
          <w:szCs w:val="24"/>
          <w:lang w:val="es-CO"/>
        </w:rPr>
        <w:t xml:space="preserve"> sus sistemas de información, datos y redes de las amenazas cibernéticas</w:t>
      </w:r>
      <w:r w:rsidR="009D6BC8">
        <w:rPr>
          <w:rFonts w:ascii="Century Gothic" w:hAnsi="Century Gothic"/>
          <w:sz w:val="24"/>
          <w:szCs w:val="24"/>
          <w:lang w:val="es-CO"/>
        </w:rPr>
        <w:t xml:space="preserve"> y formula</w:t>
      </w:r>
      <w:r w:rsidR="00DD244C">
        <w:rPr>
          <w:rFonts w:ascii="Century Gothic" w:hAnsi="Century Gothic"/>
          <w:sz w:val="24"/>
          <w:szCs w:val="24"/>
          <w:lang w:val="es-CO"/>
        </w:rPr>
        <w:t xml:space="preserve"> acciones focales para garantizar la seguridad de la información y la ciberseguridad en torno</w:t>
      </w:r>
      <w:r w:rsidR="00A30A3B">
        <w:rPr>
          <w:rFonts w:ascii="Century Gothic" w:hAnsi="Century Gothic"/>
          <w:sz w:val="24"/>
          <w:szCs w:val="24"/>
          <w:lang w:val="es-CO"/>
        </w:rPr>
        <w:t xml:space="preserve">, en este caso, </w:t>
      </w:r>
      <w:r w:rsidR="00DD244C">
        <w:rPr>
          <w:rFonts w:ascii="Century Gothic" w:hAnsi="Century Gothic"/>
          <w:sz w:val="24"/>
          <w:szCs w:val="24"/>
          <w:lang w:val="es-CO"/>
        </w:rPr>
        <w:t>a la cosa pública, albergada en el ciberespacio. A</w:t>
      </w:r>
      <w:r w:rsidR="009B6CD2">
        <w:rPr>
          <w:rFonts w:ascii="Century Gothic" w:hAnsi="Century Gothic"/>
          <w:sz w:val="24"/>
          <w:szCs w:val="24"/>
          <w:lang w:val="es-CO"/>
        </w:rPr>
        <w:t>dicionalmente</w:t>
      </w:r>
      <w:r w:rsidR="00DD244C">
        <w:rPr>
          <w:rFonts w:ascii="Century Gothic" w:hAnsi="Century Gothic"/>
          <w:sz w:val="24"/>
          <w:szCs w:val="24"/>
          <w:lang w:val="es-CO"/>
        </w:rPr>
        <w:t xml:space="preserve">, </w:t>
      </w:r>
      <w:r w:rsidR="00A30A3B">
        <w:rPr>
          <w:rFonts w:ascii="Century Gothic" w:hAnsi="Century Gothic"/>
          <w:sz w:val="24"/>
          <w:szCs w:val="24"/>
          <w:lang w:val="es-CO"/>
        </w:rPr>
        <w:t>este artículo formula</w:t>
      </w:r>
      <w:r w:rsidR="00DD244C">
        <w:rPr>
          <w:rFonts w:ascii="Century Gothic" w:hAnsi="Century Gothic"/>
          <w:sz w:val="24"/>
          <w:szCs w:val="24"/>
          <w:lang w:val="es-CO"/>
        </w:rPr>
        <w:t xml:space="preserve"> algunas sugerencias de orden e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stratégic</w:t>
      </w:r>
      <w:r w:rsidR="00DD244C">
        <w:rPr>
          <w:rFonts w:ascii="Century Gothic" w:hAnsi="Century Gothic"/>
          <w:sz w:val="24"/>
          <w:szCs w:val="24"/>
          <w:lang w:val="es-CO"/>
        </w:rPr>
        <w:t>o tales como r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econocer la ciberseguridad como un componente esencial del</w:t>
      </w:r>
      <w:r w:rsidR="00DD244C">
        <w:rPr>
          <w:rFonts w:ascii="Century Gothic" w:hAnsi="Century Gothic"/>
          <w:sz w:val="24"/>
          <w:szCs w:val="24"/>
          <w:lang w:val="es-CO"/>
        </w:rPr>
        <w:t xml:space="preserve"> gobierno y la gobernanza, </w:t>
      </w:r>
      <w:r w:rsidR="00A3380E">
        <w:rPr>
          <w:rFonts w:ascii="Century Gothic" w:hAnsi="Century Gothic"/>
          <w:sz w:val="24"/>
          <w:szCs w:val="24"/>
          <w:lang w:val="es-CO"/>
        </w:rPr>
        <w:t xml:space="preserve">asignar un </w:t>
      </w:r>
      <w:r w:rsidR="00A30A3B" w:rsidRPr="00A3380E">
        <w:rPr>
          <w:rFonts w:ascii="Century Gothic" w:hAnsi="Century Gothic"/>
          <w:sz w:val="24"/>
          <w:szCs w:val="24"/>
          <w:lang w:val="es-CO"/>
        </w:rPr>
        <w:t xml:space="preserve">jefe de seguridad de la información </w:t>
      </w:r>
      <w:r w:rsidR="00A3380E" w:rsidRPr="00A3380E">
        <w:rPr>
          <w:rFonts w:ascii="Century Gothic" w:hAnsi="Century Gothic"/>
          <w:sz w:val="24"/>
          <w:szCs w:val="24"/>
          <w:lang w:val="es-CO"/>
        </w:rPr>
        <w:t>en los entes territoriales</w:t>
      </w:r>
      <w:r w:rsidR="00A3380E">
        <w:rPr>
          <w:rFonts w:ascii="Century Gothic" w:hAnsi="Century Gothic"/>
          <w:sz w:val="24"/>
          <w:szCs w:val="24"/>
          <w:lang w:val="es-CO"/>
        </w:rPr>
        <w:t xml:space="preserve"> donde no exista esta figura</w:t>
      </w:r>
      <w:r w:rsidR="00A30A3B">
        <w:rPr>
          <w:rFonts w:ascii="Century Gothic" w:hAnsi="Century Gothic"/>
          <w:sz w:val="24"/>
          <w:szCs w:val="24"/>
          <w:lang w:val="es-CO"/>
        </w:rPr>
        <w:t>,</w:t>
      </w:r>
      <w:r w:rsidR="00A3380E">
        <w:rPr>
          <w:rFonts w:ascii="Century Gothic" w:hAnsi="Century Gothic"/>
          <w:sz w:val="24"/>
          <w:szCs w:val="24"/>
          <w:lang w:val="es-CO"/>
        </w:rPr>
        <w:t xml:space="preserve"> </w:t>
      </w:r>
      <w:r w:rsidR="00DD244C">
        <w:rPr>
          <w:rFonts w:ascii="Century Gothic" w:hAnsi="Century Gothic"/>
          <w:sz w:val="24"/>
          <w:szCs w:val="24"/>
          <w:lang w:val="es-CO"/>
        </w:rPr>
        <w:t>a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signar presupuesto específico para infraestructura y talento humano en ciberdefensa</w:t>
      </w:r>
      <w:r w:rsidR="00DD244C">
        <w:rPr>
          <w:rFonts w:ascii="Century Gothic" w:hAnsi="Century Gothic"/>
          <w:sz w:val="24"/>
          <w:szCs w:val="24"/>
          <w:lang w:val="es-CO"/>
        </w:rPr>
        <w:t>, f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ortalecer alianzas con organismos técnicos y judiciales</w:t>
      </w:r>
      <w:r w:rsidR="00DD244C">
        <w:rPr>
          <w:rFonts w:ascii="Century Gothic" w:hAnsi="Century Gothic"/>
          <w:sz w:val="24"/>
          <w:szCs w:val="24"/>
          <w:lang w:val="es-CO"/>
        </w:rPr>
        <w:t>, c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rear canales de denuncia ciudadana digital</w:t>
      </w:r>
      <w:r w:rsidR="00DD244C">
        <w:rPr>
          <w:rFonts w:ascii="Century Gothic" w:hAnsi="Century Gothic"/>
          <w:sz w:val="24"/>
          <w:szCs w:val="24"/>
          <w:lang w:val="es-CO"/>
        </w:rPr>
        <w:t>, g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arantizar transparencia y rendición de cuentas en entornos digitales.</w:t>
      </w:r>
    </w:p>
    <w:p w14:paraId="79DAAAD6" w14:textId="10E8FC1D" w:rsidR="009241A5" w:rsidRPr="009241A5" w:rsidRDefault="009B6CD2" w:rsidP="009241A5">
      <w:pPr>
        <w:rPr>
          <w:rFonts w:hAnsi="Cambria"/>
          <w:color w:val="000000" w:themeColor="text1"/>
          <w:kern w:val="24"/>
          <w:sz w:val="16"/>
          <w:szCs w:val="16"/>
          <w:lang w:val="es-CO"/>
        </w:rPr>
      </w:pPr>
      <w:r w:rsidRPr="009B6CD2">
        <w:rPr>
          <w:rFonts w:hAnsi="Cambria"/>
          <w:color w:val="000000" w:themeColor="text1"/>
          <w:kern w:val="24"/>
          <w:sz w:val="16"/>
          <w:szCs w:val="16"/>
          <w:lang w:val="es-CO"/>
        </w:rPr>
        <w:t>Fuente: https://colombia.mnemo.com/empresa/</w:t>
      </w:r>
    </w:p>
    <w:p w14:paraId="79096E55" w14:textId="77777777" w:rsidR="009241A5" w:rsidRDefault="009241A5" w:rsidP="00DD244C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1ADA0CE2" w14:textId="1772416E" w:rsidR="00A3380E" w:rsidRPr="00A3380E" w:rsidRDefault="00A3380E" w:rsidP="00A3380E">
      <w:pPr>
        <w:pStyle w:val="Sinespaciado"/>
        <w:jc w:val="both"/>
        <w:rPr>
          <w:rFonts w:ascii="Century Gothic" w:hAnsi="Century Gothic"/>
          <w:b/>
          <w:bCs/>
          <w:sz w:val="24"/>
          <w:szCs w:val="24"/>
          <w:lang w:val="es-CO"/>
        </w:rPr>
      </w:pPr>
      <w:r>
        <w:rPr>
          <w:rFonts w:ascii="Century Gothic" w:hAnsi="Century Gothic"/>
          <w:sz w:val="24"/>
          <w:szCs w:val="24"/>
          <w:lang w:val="es-CO"/>
        </w:rPr>
        <w:t>Podemos concluir que l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>os gobiernos locales deben asumir la defensa de su</w:t>
      </w:r>
      <w:r w:rsidR="009B6CD2">
        <w:rPr>
          <w:rFonts w:ascii="Century Gothic" w:hAnsi="Century Gothic"/>
          <w:sz w:val="24"/>
          <w:szCs w:val="24"/>
          <w:lang w:val="es-CO"/>
        </w:rPr>
        <w:t>s activos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 xml:space="preserve"> </w:t>
      </w:r>
      <w:r>
        <w:rPr>
          <w:rFonts w:ascii="Century Gothic" w:hAnsi="Century Gothic"/>
          <w:sz w:val="24"/>
          <w:szCs w:val="24"/>
          <w:lang w:val="es-CO"/>
        </w:rPr>
        <w:t>como un asunto de</w:t>
      </w:r>
      <w:r w:rsidRPr="00A3380E">
        <w:rPr>
          <w:rFonts w:ascii="Century Gothic" w:hAnsi="Century Gothic"/>
          <w:sz w:val="24"/>
          <w:szCs w:val="24"/>
          <w:lang w:val="es-CO"/>
        </w:rPr>
        <w:t xml:space="preserve"> gobernabilidad, no solo de tecnología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 xml:space="preserve">. La ciberseguridad no es opcional: es un </w:t>
      </w:r>
      <w:r w:rsidR="009B6CD2">
        <w:rPr>
          <w:rFonts w:ascii="Century Gothic" w:hAnsi="Century Gothic"/>
          <w:sz w:val="24"/>
          <w:szCs w:val="24"/>
          <w:lang w:val="es-CO"/>
        </w:rPr>
        <w:t>asunto axial</w:t>
      </w:r>
      <w:r w:rsidR="00DD244C" w:rsidRPr="00FC6DEA">
        <w:rPr>
          <w:rFonts w:ascii="Century Gothic" w:hAnsi="Century Gothic"/>
          <w:sz w:val="24"/>
          <w:szCs w:val="24"/>
          <w:lang w:val="es-CO"/>
        </w:rPr>
        <w:t xml:space="preserve"> de eficiencia y confianza pública.</w:t>
      </w:r>
      <w:r w:rsidRPr="00A3380E">
        <w:rPr>
          <w:rFonts w:ascii="Century Gothic" w:hAnsi="Century Gothic"/>
          <w:sz w:val="24"/>
          <w:szCs w:val="24"/>
          <w:lang w:val="es-CO"/>
        </w:rPr>
        <w:t xml:space="preserve"> La protección de la información pública debe ser asumida como un eje estratégico de la gestión pública territorial, equiparable a la seguridad física, financiera o jurídica.</w:t>
      </w:r>
      <w:r w:rsidRPr="00A3380E">
        <w:rPr>
          <w:rFonts w:ascii="Century Gothic" w:hAnsi="Century Gothic"/>
          <w:b/>
          <w:bCs/>
          <w:sz w:val="24"/>
          <w:szCs w:val="24"/>
          <w:lang w:val="es-CO"/>
        </w:rPr>
        <w:t xml:space="preserve"> </w:t>
      </w:r>
    </w:p>
    <w:p w14:paraId="5CBE67E5" w14:textId="77777777" w:rsidR="00A3380E" w:rsidRDefault="00A3380E" w:rsidP="00DD244C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77E335C0" w14:textId="21FEA658" w:rsidR="00A3380E" w:rsidRPr="00A3380E" w:rsidRDefault="00A3380E" w:rsidP="00A3380E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  <w:r w:rsidRPr="00A3380E">
        <w:rPr>
          <w:rFonts w:ascii="Century Gothic" w:hAnsi="Century Gothic"/>
          <w:sz w:val="24"/>
          <w:szCs w:val="24"/>
          <w:lang w:val="es-CO"/>
        </w:rPr>
        <w:t xml:space="preserve">La ciberseguridad efectiva se construye con prevención, talento humano y cooperación. No </w:t>
      </w:r>
      <w:r w:rsidR="003A1CA1">
        <w:rPr>
          <w:rFonts w:ascii="Century Gothic" w:hAnsi="Century Gothic"/>
          <w:sz w:val="24"/>
          <w:szCs w:val="24"/>
          <w:lang w:val="es-CO"/>
        </w:rPr>
        <w:t xml:space="preserve">se puede hablar de </w:t>
      </w:r>
      <w:r w:rsidRPr="00A3380E">
        <w:rPr>
          <w:rFonts w:ascii="Century Gothic" w:hAnsi="Century Gothic"/>
          <w:sz w:val="24"/>
          <w:szCs w:val="24"/>
          <w:lang w:val="es-CO"/>
        </w:rPr>
        <w:t xml:space="preserve">protección digital </w:t>
      </w:r>
      <w:r w:rsidR="003A1CA1">
        <w:rPr>
          <w:rFonts w:ascii="Century Gothic" w:hAnsi="Century Gothic"/>
          <w:sz w:val="24"/>
          <w:szCs w:val="24"/>
          <w:lang w:val="es-CO"/>
        </w:rPr>
        <w:t>confiable</w:t>
      </w:r>
      <w:r w:rsidRPr="00A3380E">
        <w:rPr>
          <w:rFonts w:ascii="Century Gothic" w:hAnsi="Century Gothic"/>
          <w:sz w:val="24"/>
          <w:szCs w:val="24"/>
          <w:lang w:val="es-CO"/>
        </w:rPr>
        <w:t xml:space="preserve"> sin una </w:t>
      </w:r>
      <w:r w:rsidRPr="00A3380E">
        <w:rPr>
          <w:rFonts w:ascii="Century Gothic" w:hAnsi="Century Gothic"/>
          <w:sz w:val="24"/>
          <w:szCs w:val="24"/>
          <w:lang w:val="es-CO"/>
        </w:rPr>
        <w:lastRenderedPageBreak/>
        <w:t xml:space="preserve">cultura organizacional enfocada en la prevención, el desarrollo de capacidades técnicas continuas y l articulación entre gobierno, sector privado y comunidad técnica. Los entes territoriales deben migrar de </w:t>
      </w:r>
      <w:r w:rsidR="0062428A">
        <w:rPr>
          <w:rFonts w:ascii="Century Gothic" w:hAnsi="Century Gothic"/>
          <w:sz w:val="24"/>
          <w:szCs w:val="24"/>
          <w:lang w:val="es-CO"/>
        </w:rPr>
        <w:t>u</w:t>
      </w:r>
      <w:r w:rsidRPr="00A3380E">
        <w:rPr>
          <w:rFonts w:ascii="Century Gothic" w:hAnsi="Century Gothic"/>
          <w:sz w:val="24"/>
          <w:szCs w:val="24"/>
          <w:lang w:val="es-CO"/>
        </w:rPr>
        <w:t>n enfoque reactivo a uno proactivo, adoptando estándares globales, capacitando a sus funcionarios</w:t>
      </w:r>
      <w:r w:rsidR="003A1CA1">
        <w:rPr>
          <w:rFonts w:ascii="Century Gothic" w:hAnsi="Century Gothic"/>
          <w:sz w:val="24"/>
          <w:szCs w:val="24"/>
          <w:lang w:val="es-CO"/>
        </w:rPr>
        <w:t xml:space="preserve">, así como a la comunidad en general </w:t>
      </w:r>
      <w:r w:rsidRPr="00A3380E">
        <w:rPr>
          <w:rFonts w:ascii="Century Gothic" w:hAnsi="Century Gothic"/>
          <w:sz w:val="24"/>
          <w:szCs w:val="24"/>
          <w:lang w:val="es-CO"/>
        </w:rPr>
        <w:t>y fortaleciendo alianzas para enfrentar amenazas digitales cada vez más complejas.</w:t>
      </w:r>
    </w:p>
    <w:p w14:paraId="0C49614B" w14:textId="77777777" w:rsidR="00A3380E" w:rsidRDefault="00A3380E" w:rsidP="00DD244C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p w14:paraId="6520C899" w14:textId="77777777" w:rsidR="00070841" w:rsidRPr="00070841" w:rsidRDefault="00070841" w:rsidP="00070841">
      <w:pPr>
        <w:pStyle w:val="Sinespaciado"/>
        <w:jc w:val="right"/>
        <w:rPr>
          <w:rFonts w:ascii="Century Gothic" w:hAnsi="Century Gothic"/>
          <w:sz w:val="24"/>
          <w:szCs w:val="24"/>
          <w:lang w:val="es-CO"/>
        </w:rPr>
      </w:pPr>
      <w:r w:rsidRPr="00070841">
        <w:rPr>
          <w:rFonts w:ascii="Century Gothic" w:hAnsi="Century Gothic"/>
          <w:sz w:val="24"/>
          <w:szCs w:val="24"/>
          <w:lang w:val="es-CO"/>
        </w:rPr>
        <w:t xml:space="preserve">My (RP) Héctor Castro Corredor </w:t>
      </w:r>
    </w:p>
    <w:p w14:paraId="35BC75A4" w14:textId="77777777" w:rsidR="00070841" w:rsidRPr="00070841" w:rsidRDefault="00070841" w:rsidP="00070841">
      <w:pPr>
        <w:pStyle w:val="Sinespaciado"/>
        <w:jc w:val="right"/>
        <w:rPr>
          <w:rFonts w:ascii="Century Gothic" w:hAnsi="Century Gothic"/>
          <w:sz w:val="24"/>
          <w:szCs w:val="24"/>
          <w:lang w:val="es-CO"/>
        </w:rPr>
      </w:pPr>
      <w:r w:rsidRPr="00070841">
        <w:rPr>
          <w:rFonts w:ascii="Century Gothic" w:hAnsi="Century Gothic"/>
          <w:sz w:val="24"/>
          <w:szCs w:val="24"/>
          <w:lang w:val="es-CO"/>
        </w:rPr>
        <w:t xml:space="preserve">Administrador Policial. </w:t>
      </w:r>
    </w:p>
    <w:p w14:paraId="19F9E92D" w14:textId="77777777" w:rsidR="00070841" w:rsidRPr="00070841" w:rsidRDefault="00070841" w:rsidP="00070841">
      <w:pPr>
        <w:pStyle w:val="Sinespaciado"/>
        <w:jc w:val="right"/>
        <w:rPr>
          <w:rFonts w:ascii="Century Gothic" w:hAnsi="Century Gothic"/>
          <w:sz w:val="24"/>
          <w:szCs w:val="24"/>
          <w:lang w:val="es-CO"/>
        </w:rPr>
      </w:pPr>
      <w:r w:rsidRPr="00070841">
        <w:rPr>
          <w:rFonts w:ascii="Century Gothic" w:hAnsi="Century Gothic"/>
          <w:sz w:val="24"/>
          <w:szCs w:val="24"/>
          <w:lang w:val="es-CO"/>
        </w:rPr>
        <w:t xml:space="preserve">Especialista en seguridad, investigación criminal y alta gerencia. </w:t>
      </w:r>
    </w:p>
    <w:p w14:paraId="7B768305" w14:textId="77777777" w:rsidR="009241A5" w:rsidRDefault="009241A5" w:rsidP="00070841">
      <w:pPr>
        <w:pStyle w:val="Sinespaciado"/>
        <w:jc w:val="right"/>
        <w:rPr>
          <w:rFonts w:ascii="Century Gothic" w:hAnsi="Century Gothic"/>
          <w:sz w:val="24"/>
          <w:szCs w:val="24"/>
          <w:lang w:val="es-CO"/>
        </w:rPr>
      </w:pPr>
    </w:p>
    <w:p w14:paraId="4099EC87" w14:textId="77777777" w:rsidR="00246863" w:rsidRDefault="00246863" w:rsidP="00DD244C">
      <w:pPr>
        <w:pStyle w:val="Sinespaciado"/>
        <w:jc w:val="both"/>
        <w:rPr>
          <w:rFonts w:ascii="Century Gothic" w:hAnsi="Century Gothic"/>
          <w:sz w:val="24"/>
          <w:szCs w:val="24"/>
          <w:lang w:val="es-CO"/>
        </w:rPr>
      </w:pPr>
    </w:p>
    <w:sectPr w:rsidR="0024686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8568572">
    <w:abstractNumId w:val="8"/>
  </w:num>
  <w:num w:numId="2" w16cid:durableId="1260138122">
    <w:abstractNumId w:val="6"/>
  </w:num>
  <w:num w:numId="3" w16cid:durableId="404037195">
    <w:abstractNumId w:val="5"/>
  </w:num>
  <w:num w:numId="4" w16cid:durableId="1731728085">
    <w:abstractNumId w:val="4"/>
  </w:num>
  <w:num w:numId="5" w16cid:durableId="344020587">
    <w:abstractNumId w:val="7"/>
  </w:num>
  <w:num w:numId="6" w16cid:durableId="797257331">
    <w:abstractNumId w:val="3"/>
  </w:num>
  <w:num w:numId="7" w16cid:durableId="1282566117">
    <w:abstractNumId w:val="2"/>
  </w:num>
  <w:num w:numId="8" w16cid:durableId="976956241">
    <w:abstractNumId w:val="1"/>
  </w:num>
  <w:num w:numId="9" w16cid:durableId="770397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D59"/>
    <w:rsid w:val="00034616"/>
    <w:rsid w:val="0006063C"/>
    <w:rsid w:val="00070841"/>
    <w:rsid w:val="000E130A"/>
    <w:rsid w:val="0015074B"/>
    <w:rsid w:val="0016201F"/>
    <w:rsid w:val="00180ECC"/>
    <w:rsid w:val="00246863"/>
    <w:rsid w:val="002674D4"/>
    <w:rsid w:val="0029639D"/>
    <w:rsid w:val="002D43D6"/>
    <w:rsid w:val="00326F90"/>
    <w:rsid w:val="003A1CA1"/>
    <w:rsid w:val="003C3DDE"/>
    <w:rsid w:val="004A28B3"/>
    <w:rsid w:val="004B0B82"/>
    <w:rsid w:val="00562DA4"/>
    <w:rsid w:val="005B72FD"/>
    <w:rsid w:val="00601280"/>
    <w:rsid w:val="0062428A"/>
    <w:rsid w:val="006827D4"/>
    <w:rsid w:val="009241A5"/>
    <w:rsid w:val="00980547"/>
    <w:rsid w:val="009B6CD2"/>
    <w:rsid w:val="009D6BC8"/>
    <w:rsid w:val="009F57B5"/>
    <w:rsid w:val="00A036C4"/>
    <w:rsid w:val="00A140B7"/>
    <w:rsid w:val="00A30A3B"/>
    <w:rsid w:val="00A3380E"/>
    <w:rsid w:val="00A60796"/>
    <w:rsid w:val="00AA1D8D"/>
    <w:rsid w:val="00AE1A47"/>
    <w:rsid w:val="00B47730"/>
    <w:rsid w:val="00B82B37"/>
    <w:rsid w:val="00C55367"/>
    <w:rsid w:val="00C74F19"/>
    <w:rsid w:val="00C859AF"/>
    <w:rsid w:val="00CB0664"/>
    <w:rsid w:val="00DD244C"/>
    <w:rsid w:val="00E96256"/>
    <w:rsid w:val="00F70B50"/>
    <w:rsid w:val="00F71F33"/>
    <w:rsid w:val="00FC693F"/>
    <w:rsid w:val="00FC6DEA"/>
    <w:rsid w:val="00FE4D31"/>
    <w:rsid w:val="00FF6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A12A5F"/>
  <w14:defaultImageDpi w14:val="300"/>
  <w15:docId w15:val="{FF4B63E4-0355-4FA4-96BE-BE56C90C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4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3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36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9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9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4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1149</Words>
  <Characters>6321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mnemocolombia14</cp:lastModifiedBy>
  <cp:revision>4</cp:revision>
  <cp:lastPrinted>2025-06-16T21:14:00Z</cp:lastPrinted>
  <dcterms:created xsi:type="dcterms:W3CDTF">2025-06-16T22:39:00Z</dcterms:created>
  <dcterms:modified xsi:type="dcterms:W3CDTF">2025-06-19T21:46:00Z</dcterms:modified>
  <cp:category/>
</cp:coreProperties>
</file>